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תחי הדמוקרטיה – שיעור שירה לקראת הבחירות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סדר הרעיונות בשיר על הדמוקרטיה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הרעיונות המרכזיים בשיר על הדמוקרטיה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סידור רעיונות לפי סדר הופעתם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יסוד הקשורים לדמוקרטיה ולבחירות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סדרו את הרעיונות כפי שמופיעים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קריאות הלל לדמוקרטיה, שמביישת את מי שלעגו 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חופש הדעה – רוח שאי אפשר לכבוש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הבוחרים אמרו את דברם בעוצמה, וההד עוד נשמע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כוחה של הדמוקרטיה: היא מחליפה מנהיגים בגלוי, לפי צורכי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העם חושב בעצמו – ולכן יש 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המשטרים ששאפו להשתלט על העולם קיבלו שיעור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הבנה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קריאות הלל לדמוקרטיה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הם קיבלו 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העם חושב בעצמו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חופש הדעה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בגלוי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הרעיון הראשון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בשיר נאמר שההד עוד נשמע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אחד הרעיונות האחרונים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השיר אומר שזה קורה בגלוי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השיר אומר שזו רוח שאי אפשר לכבוש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מנהיגים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רעיון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(אפשר לחשוב ולהביע דעה בלי פחד)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(האזרחים הצביעו והשפיעו)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(אפשר להחליף מנהיגים בלי אלימות)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(יש סיבה לאופטימיות לגבי העתיד)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(ניסיונות שליטה בעולם נכשלו)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התייחסות לזכות להביע דעה ולהשפיע על החברה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מנומקת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קריאות הלל לדמוקרטיה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הם מוחלפים בגלוי, לפי צורכי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העם חושב בעצמו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השיר במלואו לפני תרגול הסדר, כדי שהתלמידים יכירו את ההקשר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תרגיל הסדר בזוגות ואז להשוות תשובות במליאה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את השיחה לדוגמאות עכשוויות של השתתפות בבחירות, בלי להיכנס לעמדות פוליטיות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תחי הדמוקרטיה – שיעור שירה לקראת הבחירות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סדר הרעיונות בשיר על הדמוקרטיה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בשיר על הדמוקרטיה מופיעים כמה רעיונות מרכזיים, כמו חופש הדעה וכוחם של הבוחרים. בדף זה נתרגל את הרעיונות ואת הסדר שבו הם מופיעים בשיר.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סדרו את הרעיונות כפי שמופיעים בשיר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הבוחרים אמרו את דברם בעוצמה, וההד עוד נשמע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העם חושב בעצמו – ולכן יש תקווה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קריאות הלל לדמוקרטיה, שמביישת את מי שלעגו 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המשטרים ששאפו להשתלט על העולם קיבלו שיעור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כוחה של הדמוקרטיה: היא מחליפה מנהיגים בגלוי, לפי צורכי הזמן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חופש הדעה – רוח שאי אפשר לכבוש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הבנה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הרעיון הראשון שמופיע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חופש הדעה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קריאות הלל לדמוקרטיה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העם חושב בעצמו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הבוחרים אמרו את דברם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למשטרים ששאפו להשתלט על העולם?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ניצחו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קיבלו 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לא השתנו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נעלמו מהשיר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לפי השיר, למה יש תקווה?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יש צבא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העם חושב בעצמו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יש הרבה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אין 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מתואר כ'רוח שאי אפשר לכבוש'?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חופש הדעה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כוח הצבא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כוח הכסף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שלטון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הדמוקרטיה מחליפה מנהיגים, לפי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בסתר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בגלוי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באלימות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במקרה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השיר, הדמוקרטיה מביישת את מי שלעגו 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השיר, קול הבוחרים נשמע ונעלם 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השיר, המשטרים ששאפו להשתלט על העולם קיבלו שיעור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השיר, הדמוקרטיה מחליפה מנהיגים בסתר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השיר, חופש הדעה מתואר כרוח שאפשר לעצור בקלות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חופש הדעה הוא __________ שאי אפשר לכבוש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הבוחרים אמרו את דברם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המשטרים ששאפו להשתלט על העולם קיבלו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חושב בעצמו, ולכן יש תקווה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הדמוקרטיה מחליפה __________ בגלוי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התאימו רעיון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חופש הדעה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אפשר לחשוב ולהביע דעה בלי פחד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הבוחרים אמרו את דברם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יש סיבה לאופטימיות לגבי העתיד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כוחה של הדמוקרטיה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ניסיונות שליטה בעולם נכשלו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העם חושב בעצמו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אפשר להחליף מנהיגים בלי אלימות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המשטרים קיבלו שיעור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האזרחים הצביעו והשפיעו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מדוע, לדעתכם, חופש הדעה חשוב כל כך לדמוקרטיה? כתבו 2-3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הרעיון בשיר שהכי אהבתם? הסבירו 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הרעיון הראשון שמופיע בשיר?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למנהיגים בדמוקרטיה, לפי השיר?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למה, לפי השיר, יש תקווה לעתיד?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סדר הרעיונות בשיר על הדמוקרטיה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