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הרעיונות בשיר על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הרעיונות המרכזיים בשיר על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רעיונות לפי סדר הופעתם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הקשורים לדמוקרטיה ולבחירות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הרעיונות כפי שמופיעים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קריאות הלל לדמוקרטיה, שמביישת את מי שלעגו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 הדעה – רוח שאי אפשר לכבוש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הבוחרים אמרו את דברם בעוצמה, וההד עוד נשמע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כוחה של הדמוקרטיה: היא מחליפה מנהיגים בגלוי, לפי צורכי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העם חושב בעצמו – ולכן יש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המשטרים ששאפו להשתלט על העולם קיבלו 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קריאות הלל לדמוקרטיה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הם קיבלו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העם חושב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חופש הדעה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בגלוי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הראשון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בשיר נאמר שההד עוד נשמע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הרעיונות האחרונים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השיר אומר שזה קורה בגלוי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השיר אומר שזו רוח שאי אפשר לכבוש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מנהיגים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רעיון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(אפשר לחשוב ולהביע דעה בלי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(האזרחים הצביעו והשפיעו)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(אפשר להחליף מנהיגים בלי אלימות)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 סיבה לאופטימיות לגבי העתיד)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(ניסיונות שליטה בעולם נכשלו)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התייחסות לזכות להביע דעה ולהשפיע על החברה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קריאות הלל לדמוקרטיה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הם מוחלפים בגלוי, לפי צורכי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העם חושב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השיר במלואו לפני תרגול הסדר, כדי שהתלמידים יכירו את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הסדר בזוגות ואז להשוות תשובות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השיחה לדוגמאות עכשוויות של השתתפות בבחירות, בלי להיכנס לעמדות פוליטיות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הרעיונות בשיר על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 יש רעיונות על דמוקרטיה ובחירות. נתרגל להבין אותם ולסדר אותם לפי הסדר בשיר.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שלטון שבה העם בוחר את המנהיגים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חופש הדעה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לחשוב ולהביע דעה בלי 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בוחרים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שמצביעים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שעומדים בראש המדינה או הממשלה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שלטון במדינה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שחוזר ונשמע שוב אחרי שנאמר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שדברים טובים יקרו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ליגלג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צחק מתוך זלזול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הרעיונות כפי שמופיעים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כוחה של הדמוקרטיה: היא מחליפה מנהיגים בגלוי, לפי צורכי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קריאות הלל לדמוקרטיה, שמביישת את מי שלעגו 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המשטרים ששאפו להשתלט על העולם קיבלו שיעור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חופש הדעה – רוח שאי אפשר לכבוש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הבוחרים אמרו את דברם בעוצמה, וההד עוד נשמע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חושב בעצמו – ולכן יש 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הרעיון הראשון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קריאות הלל לדמוקרטיה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העם חושב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הבוחרים אמרו את דברם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למשטרים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ניצחו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קיבלו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השתנו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נעלמו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 תקווה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צבא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העם חושב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אי אפשר לכבוש?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מחליפים מנהיגים בדמוקרטיה?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הדמוקרטיה מביישת את מי שלעגו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קול הבוחרים נשמע ונעלם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המשטרים ששאפו להשתלט על העולם קיבלו 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הדמוקרטיה מחליפה מנהיגים בסתר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חופש הדעה מתואר כרוח שאפשר לעצור בקלות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חופש הדעה הוא __________ שאי אפשר לכבוש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הבוחרים אמרו את דברם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המשטרים ששאפו להשתלט על העולם קיבלו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חושב בעצמו, ולכן יש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הדמוקרטיה מחליפה __________ בגלוי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רעיון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חופש הדעה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ניסיונות שליטה בעולם נכשלו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הבוחרים אמרו את דברם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להחליף מנהיגים בלי אלימות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כוחה של הדמוקרטיה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סיבה לאופטימיות לגבי העתיד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העם חושב בעצמו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לחשוב ולהביע דעה בלי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המשטרים קיבלו 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האזרחים הצביעו והשפיעו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מדוע, לדעתכם, חופש הדעה חשוב כל כך לדמוקרטיה?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הרעיון בשיר שהכי אהבתם?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הראשון שמופיע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למנהיגים בדמוקרטיה, לפי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למה, לפי השיר, יש תקווה לעתיד?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הרעיונות בשיר על הדמוקרטיה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