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הרעיונות בשיר על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הרעיונות המרכזיים בשיר על הדמוקרטיה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רעיונות לפי סדר הופעתם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הקשורים לדמוקרטיה ולבחירות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הרעיונות כפי שמופיעים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קריאות הלל לדמוקרטיה, שמביישת את מי שלעגו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חופש הדעה – רוח שאי אפשר לכבוש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הבוחרים אמרו את דברם בעוצמה, וההד עוד נשמע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כוחה של הדמוקרטיה: היא מחליפה מנהיגים בגלוי, לפי צורכי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קריאות הלל לדמוקרטיה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העם חושב בעצמו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הראשון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בשיר נאמר שההד עוד נשמע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רעיון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(אפשר לחשוב ולהביע דעה בלי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(האזרחים הצביעו והשפיעו)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(אפשר להחליף מנהיגים בלי אלימות)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(יש סיבה לאופטימיות לגבי העתיד)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התייחסות לזכות להביע דעה ולהשפיע על החברה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קריאות הלל לדמוקרטיה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הם מוחלפים בגלוי, לפי צורכי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העם חושב בעצמו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השיר במלואו לפני תרגול הסדר, כדי שהתלמידים יכירו את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הסדר בזוגות ואז להשוות תשובות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השיחה לדוגמאות עכשוויות של השתתפות בבחירות, בלי להיכנס לעמדות פוליטיות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תחי הדמוקרטיה – שיעור שירה לקראת הבחירות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הרעיונות בשיר על הדמוקרטיה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בשיר על הדמוקרטיה מופיעים כמה רעיונות מרכזיים, כמו חופש הדעה וכוחם של הבוחרים. בדף זה נתרגל את הרעיונות ואת הסדר שבו הם מופיעים בשיר.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רוח  ·  עוצמה  ·  שיעור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סדרו את הרעיונות כפי שמופיעים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הבוחרים אמרו את דברם בעוצמה, וההד עוד נשמע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קריאות הלל לדמוקרטיה, שמביישת את מי שלעגו 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כוחה של הדמוקרטיה: היא מחליפה מנהיגים בגלוי, לפי צורכי הזמן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חופש הדעה – רוח שאי אפשר לכבוש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הרעיון הראשון שמופיע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חופש הדעה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קריאות הלל לדמוקרטיה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העם חושב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השיר, למה יש תקווה?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יש צבא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העם חושב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יש הרבה כסף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השיר, הדמוקרטיה מביישת את מי שלעגו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השיר, קול הבוחרים נשמע ונעלם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חופש הדעה הוא __________ שאי אפשר לכבוש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הבוחרים אמרו את דברם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המשטרים ששאפו להשתלט על העולם קיבלו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רעיון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חופש הדעה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 סיבה לאופטימיות לגבי העתיד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הבוחרים אמרו את דברם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אפשר להחליף מנהיגים בלי אלימות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כוחה של הדמוקרטיה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האזרחים הצביעו והשפיעו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העם חושב בעצמו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אפשר לחשוב ולהביע דעה בלי פחד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מדוע, לדעתכם, חופש הדעה חשוב כל כך לדמוקרטיה?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הרעיון הראשון שמופיע בשיר?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קורה למנהיגים בדמוקרטיה, לפי השיר?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הרעיונות בשיר על הדמוקרטיה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